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למורה: מבחן אמצעים אומנותיים – גרסה א׳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חט״ב רגיל · 45 דקות · 100 נקודות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חלוקת זמן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דקות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קריאת ההוראות והמבחן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 – זיהוי אמצעים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 – קטע והסבר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 – כתיבה יוצרת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בדיקה חוזרת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– חלק א׳ – זיהוי אמצעים אומנותיים (40 נק׳) (40 נק׳)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“הגשם תופף באצבעות דקות על גג הפח.”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 – לגשם יש אצבעות והוא מתופף כמו אדם.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“היא קלה כנוצה כשהיא רוקדת.”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מילת הדימוי כ־ (כנוצה).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“העיר הזאת היא כוורת שאינה נחה לעולם.”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 – השוואה בלי מילת דימוי.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“בחוץ – צחוק ומוזיקה; בפנים – דממה ודמעות.”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 – חוץ/פנים, צחוק/דמעות.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“רוץ, רוץ, רוץ – אל תעצור עכשיו!”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 – המילה רוץ חוזרת ומבטאת דחיפות.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בסיפור, הסבתא מעניקה לנכדתה מפתח ישן של הבית שבו גדלה, והנכדה תולה אותו על צווארה. המפתח 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סמל – המפתח מייצג זיכרון, שייכות והמשכיות.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“השמיים זעפו והרעימו בקול.”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 – השמיים זועפים כמו אדם כועס.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“המילים שלה היו חצים שפגעו ישר בלב.”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 – המילים הן חצים, בלי כמו.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“הוא שקט כמו דג באקווריום.”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כמו.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יונה לבנה המעופפת מעל שדה הקרב בסוף הסיפור היא…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סמל לשלום ולתקווה.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– חלק ב׳ – קריאה, זיהוי והסבר (30 נק׳) (30 נק׳)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 את הקטע: “בבוקר הראשון של החורף התעוררה העיירה לאט, כמו חתול ישנוני. הרחוב פיהק, והחל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דימוי: “כמו חתול ישנוני” – העיירה מתעוררת לאט, ברכות ובעצלות; יוצר אווירה רגועה וחמימה של בוקר חורף.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בקטע האנשה אחת לפחות, צטטו והסבירו את תרומתה.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“הרחוב פיהק” / “החלונות פקחו עיניים” – העיירה כולה מתוארת כיצור חי שמתעורר; מחייה את התמונה ומעוררת קרבה.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אמצעי בולט במשפט “חיכתה ליד החלון, חיכתה ליד הדלת, חיכתה ליד הטלפון”? מה הוא מבטא?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 על המילה חיכתה – מאריכה את הזמן ומבטאת ציפייה, דאגה וגעגוע.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יכול לסמל הניצן הירוק בעציץ? נמקו בעזרת הקטע.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סמל לתקווה/להתחדשות ולקשר עם האב: העציץ הוא מתנת האב, והניצן מופיע אחרי ההמתנה הארוכה – אולי בשורה שהאב יחזור או שהקשר חי. כמו כן ניגוד בין הבית האפל לבין הרחוב המואר.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– חלק ג׳ – כתיבה יוצרת (30 נק׳) (30 נק׳)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ארבעה משפטים מקוריים על הנושא “יום ראשון בבית ספר חדש”: משפט עם דימוי, משפט עם האנשה,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אישית. דוגמה: דימוי – “המסדרון היה ארוך כמו מנהרה בלי סוף”; האנשה – “התיק משך אותי אחורה הביתה”; מטאפורה – “הכיתה הייתה ים של פנים זרות”; ניגוד – “בבוקר הייתי זר, בצהריים כבר צחקתי עם חברים”.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(5–7 משפטים) שבה חפץ אחד הופך לסמל. השתמשו גם בחזרה לפחות פעם אחת. בסוף הפסקה הס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אישית. בודקים: חפץ מוחשי שחוזר ומקבל משמעות, חזרה מכוונת, הסבר ברור של הסמל, לשון תקנית.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18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מחוון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קריטריון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זיהוי נכון של האמצעי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שם האמצעי מדויק ומתאים לציטוט.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ציטוט מדויק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מצטטים את המילים שבהן מופיע האמצעי.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 תרומת האמצעי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מסבירים מה האמצעי מוסיף: תמונה, רגש, רעיון או אווירה.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וכתיבה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משפטים שלמים, לשון תקנית, כתיבה מקורית ויצירתית בחלק ג׳.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הערות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מבחן על ששת האמצעים: דימוי, האנשה, מטאפורה, חזרה, ניגוד, סמל. כל המשפטים מקוריים. בחלק ב׳ מקבלים ניקוד מלא רק על זיהוי + ציטוט + הסבר. אפשר לאפשר תוספת זמן של 25% לפי הצורך. גרסה ב׳ מקבילה במבנה ובקושי.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📝 מבחן אמצעים אומנותיים – גרסה א׳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משך המבחן: 45 דקות · 100 נקודות. קראו כל שאלה עד הסוף. בהצלחה! 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זיהוי אמצעים אומנותיים (40 נק׳) (40 נק׳)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“הגשם תופף באצבעות דקות על גג הפח.”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סמל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“היא קלה כנוצה כשהיא רוקדת.”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מטאפורה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סמל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“העיר הזאת היא כוורת שאינה נחה לעולם.”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מטאפורה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ניגוד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“בחוץ – צחוק ומוזיקה; בפנים – דממה ודמעות.”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ניגוד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“רוץ, רוץ, רוץ – אל תעצור עכשיו!”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מטאפורה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ניגוד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בסיפור, הסבתא מעניקה לנכדתה מפתח ישן של הבית שבו גדלה, והנכדה תולה אותו על צווארה. המפתח הוא…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חזרה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“השמיים זעפו והרעימו בקול.”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מטאפורה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“המילים שלה היו חצים שפגעו ישר בלב.”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מטאפורה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ניגוד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“הוא שקט כמו דג באקווריום.”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ניגוד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10. יונה לבנה המעופפת מעל שדה הקרב בסוף הסיפור היא…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סמל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קריאה, זיהוי והסבר (30 נק׳) (30 נק׳)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קראו את הקטע: “בבוקר הראשון של החורף התעוררה העיירה לאט, כמו חתול ישנוני. הרחוב פיהק, והחלונות פקחו עיניים מוארות. רק בבית הקטן שבקצה – אפל ושקט. אמא חיכתה. חיכתה ליד החלון, חיכתה ליד הדלת, חיכתה ליד הטלפון. ועל השולחן, ליד ספל קר, עמד העציץ הקטן שאביה השאיר לה כשנסע – ובו, בפעם הראשונה, ניצן ירוק.” מצאו בקטע דימוי: צטטו אותו והסבירו מה הוא מוסיף לתיאור.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מצאו בקטע האנשה אחת לפחות, צטטו והסבירו את תרומתה.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איזה אמצעי בולט במשפט “חיכתה ליד החלון, חיכתה ליד הדלת, חיכתה ליד הטלפון”? מה הוא מבטא?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מה יכול לסמל הניצן הירוק בעציץ? נמקו בעזרת הקטע.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יוצרת (30 נק׳) (30 נק׳)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כתבו ארבעה משפטים מקוריים על הנושא “יום ראשון בבית ספר חדש”: משפט עם דימוי, משפט עם האנשה, משפט עם מטאפורה ומשפט עם ניגוד. סמנו ליד כל משפט את שם האמצעי.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16. כתבו פסקה (5–7 משפטים) שבה חפץ אחד הופך לסמל. השתמשו גם בחזרה לפחות פעם אחת. בסוף הפסקה הסבירו במשפט אחד מה מסמל החפץ.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מבחן אמצעים אומנותיים – גרסה א׳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