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מבחן אמצעים אומנותיים – גרסה מותאמת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 · 45 דקות · 100 נקודות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חלוקת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הקראת ההוראות ומחסן המילים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– בחירה מתוך 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 – השלמה ממחסן המילים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 – כותבים משפט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א׳ – בוחרים את האמצעי (50 נק׳) (50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“הילד מהיר כמו רוח.”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יש כמו.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“הפרח חייך אליי.”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פרח לא מחייך באמת.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“יום ולילה.”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יום הפוך מלילה.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“שמח, שמח, שמח!”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המילה חוזרת.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“אמא שלי היא שמש.”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בלי כמו.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 אדום בכרטיס ברכה מסמל…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אהבה.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“החתול לבן כמו שלג.”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כמו שלג.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“הכיסא עייף מאוד.”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לכיסא אין רגשות.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“גדול וקטן.” יש כאן…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עם עלה זית מסמלת…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ב׳ – משלימים ממחסן המילים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מחסן מילים: דימוי (יש כמו / כ־) · האנשה (דבר שמתנהג כמו אדם) · מטאפורה (השוואה בלי כמו) · 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במשפט “היא שקטה כמו עכבר” יש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במשפט “חם בחוץ, קר בבית” יש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במשפט “לאט, לאט, לאט” יש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במשפט “החבר שלי הוא סלע” יש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ג׳ – כותבים בעצמנו (20 נק׳) (20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הדימוי: “הכלב רץ מהר כמו ______.”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אישית, למשל: כמו מכונית מרוץ / כמו רוח.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 שבו חפץ מתנהג כמו אדם (האנשה). אפשר להתחיל כך: “השולחן…”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אישית, למשל: “השולחן נאנח מכובד הספרים.”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זיהוי האמצעי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או השלמה נכונה בחלקים א׳ ו־ב׳.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כתיבת משפט מתאים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בחלק ג׳: המשפט מכיל את האמצעי המבוקש; לא מורידים נקודות על שגיאות כתיב.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הערות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גרסה מותאמת: 3 אפשרויות, משפטים קצרים, מחסן מילים קבוע בראש העמוד, גופן גדול, הקראה בקול לפי הצורך, ללא לחץ זמן. אפשר לענות בעל פה ולתעד.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מבחן אמצעים אומנותיים – גרסה מותאמת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המבחן: 45 דקות · 100 נקודות. קראו כל שאלה עד הסוף. בהצלחה! 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בוחרים את האמצעי (50 נק׳) (50 נק׳)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“הילד מהיר כמו רוח.”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“הפרח חייך אליי.”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“יום ולילה.”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“שמח, שמח, שמח!”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“אמא שלי היא שמש.”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לב אדום בכרטיס ברכה מסמל…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כעס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אהבה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“החתול לבן כמו שלג.”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“הכיסא עייף מאוד.”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“גדול וקטן.” יש כאן…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יונה עם עלה זית מסמלת…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מלחמה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גשם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משלימים ממחסן המילים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מחסן מילים: דימוי (יש כמו / כ־) · האנשה (דבר שמתנהג כמו אדם) · מטאפורה (השוואה בלי כמו) · חזרה (מילה חוזרת) · ניגוד (הפכים) · סמל (חפץ שמייצג רעיון) | השלימו: במשפט “העננים בכו כל הלילה” יש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השלימו: במשפט “היא שקטה כמו עכבר” יש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השלימו: במשפט “חם בחוץ, קר בבית” יש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השלימו: במשפט “לאט, לאט, לאט” יש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השלימו: במשפט “החבר שלי הוא סלע” יש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בעצמנו (20 נק׳) (20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השלימו את הדימוי: “הכלב רץ מהר כמו ______.”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כתבו משפט אחד שבו חפץ מתנהג כמו אדם (האנשה). אפשר להתחיל כך: “השולחן…”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אמצעים אומנותיים – גרסה מותאמת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