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למורה: מבחן אמצעים אומנותיים – גרסה ב׳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חט״ב רגיל · 45 דקות · 100 נקודות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חלוקת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ההוראות והמבחן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 – זיהוי אמצעים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 – קטע והסבר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 – כתיבה יוצרת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חוזרת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א׳ – זיהוי אמצעים אומנותיים (40 נק׳) (40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“השמש הציצה בביישנות מאחורי העננים.”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השמש מציצה בביישנות כמו אדם.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“הקול שלו רעם כמו תוף ענק.”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כמו תוף.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“אחי הקטן הוא סופת טורנדו בנעלי בית.”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הוא סופה, בלי מילת דימוי.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“קטנה במידותיה, ענקית באומץ ליבה.”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קטנה/ענקית.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“עוד צעד, עוד צעד, עוד צעד אחד – והגענו לפסגה.”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מבטאת מאמץ והתמדה.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בסיפור, הילד שומר בקופסה את הכדור שאביו נתן לו לפני שעזב, ומוציא אותו רק כשהוא מתגעגע. הכד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 – הכדור מייצג את הקשר עם האב ואת הגעגוע.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“העלים לחשו זה לזה סודות ברוח.”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עלים לוחשים סודות.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“הספרייה הייתה מקלט חם מפני העולם.”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הספרייה היא מקלט.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“הבית היה קר כמו מערה בחורף.”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כמו מערה.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שעון שבור שמחוגיו עצרו בשעה שבה קרה האסון, ומופיע שוב ושוב בסיפור, הוא…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 – הזמן שעצר, אבל שאינו נגמר.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ב׳ – קריאה, זיהוי והסבר (30 נק׳) (30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את הקטע: “ביום התחרות היה האולם מלא עד אפס מקום, כמו קופסת גפרורים צפופה. הקירות החזי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“כמו קופסת גפרורים צפופה” – מדגיש צפיפות ולחץ; מגביר את תחושת המתח לפני ההופעה.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בקטע האנשה אחת לפחות, צטטו והסבירו את תרומתה.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“הקירות החזיקו את הנשימה” או “הכינור התחיל לשיר” – כל המקום שותף למתח; הכינור כחבר חי שמבטא את מה שדניאל מרגיש.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ניגוד מופיע בקטע? צטטו והסבירו מה הוא מלמד על דניאל.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“בבית הוא היה אמיץ; כאן – רועד” – הניגוד מבליט את הפחד מהבמה ואת הפער בין הביטחון בבית ללחץ מול קהל.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יכול לסמל הכינור של הסב? ואיזה תפקיד יש לחזרה על המילה “שקט”?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הכינור מסמל המשכיות בין הדורות, ירושה ואהבה (וגם את שנות האימון). החזרה על שקט מאריכה את הרגע ומגבירה את המתח לפני הנגינה.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ג׳ – כתיבה יוצרת (30 נק׳) (30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ארבעה משפטים מקוריים על הנושא “סערה בלילה”: משפט עם דימוי, משפט עם האנשה, משפט עם מטא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 דוגמה: דימוי – “הברק האיר כמו פלאש של מצלמה”; האנשה – “הרוח יללה בין הבניינים”; מטאפורה – “השמיים היו תוף שחור”; חזרה – “בום, בום, בום – הרעם לא נרגע”.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(5–7 משפטים) על שתי דמויות מנוגדות (למשל: אחת ממהרת ואחת רגועה). השתמשו בניגוד 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 בודקים: ניגוד ברור בין הדמויות, אמצעי נוסף מזוהה, הסבר תרומה, לשון תקנית.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מחוון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זיהוי נכון של האמצעי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האמצעי מדויק ומתאים לציטוט.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 מדויק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מצטטים את המילים שבהן מופיע האמצעי.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תרומת האמצעי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מסבירים מה האמצעי מוסיף: תמונה, רגש, רעיון או אווירה.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וכתיבה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משפטים שלמים, לשון תקנית, כתיבה מקורית ויצירתית בחלק ג׳.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הערות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מבחן על ששת האמצעים: דימוי, האנשה, מטאפורה, חזרה, ניגוד, סמל. כל המשפטים מקוריים. בחלק ב׳ מקבלים ניקוד מלא רק על זיהוי + ציטוט + הסבר. אפשר לאפשר תוספת זמן של 25% לפי הצורך. גרסה ב׳ מקבילה במבנה ובקושי.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מבחן אמצעים אומנותיים – גרסה ב׳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משך המבחן: 45 דקות · 100 נקודות. קראו כל שאלה עד הסוף. בהצלחה! 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אמצעים אומנותיים (40 נק׳) (40 נק׳)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“השמש הציצה בביישנות מאחורי העננים.”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“הקול שלו רעם כמו תוף ענק.”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האנשה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“אחי הקטן הוא סופת טורנדו בנעלי בית.”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“קטנה במידותיה, ענקית באומץ ליבה.”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“עוד צעד, עוד צעד, עוד צעד אחד – והגענו לפסגה.”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בסיפור, הילד שומר בקופסה את הכדור שאביו נתן לו לפני שעזב, ומוציא אותו רק כשהוא מתגעגע. הכדור הוא…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“העלים לחשו זה לזה סודות ברוח.”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“הספרייה הייתה מקלט חם מפני העולם.”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מטאפורה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“הבית היה קר כמו מערה בחורף.”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שעון שבור שמחוגיו עצרו בשעה שבה קרה האסון, ומופיע שוב ושוב בסיפור, הוא…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האנשה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קריאה, זיהוי והסבר (30 נק׳) (30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קראו את הקטע: “ביום התחרות היה האולם מלא עד אפס מקום, כמו קופסת גפרורים צפופה. הקירות החזיקו את הנשימה. דניאל עלה לבמה עם הכינור הישן של סבו. בבית הוא היה אמיץ; כאן – רועד. שקט. שקט מוחלט. שקט שאפשר לשמוע בו את דפיקות הלב. הוא עצם עיניים, והכינור – שבע שנים של אימונים – התחיל לשיר.” מצאו בקטע דימוי: צטטו אותו והסבירו מה הוא מוסיף לתיאור.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מצאו בקטע האנשה אחת לפחות, צטטו והסבירו את תרומתה.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איזה ניגוד מופיע בקטע? צטטו והסבירו מה הוא מלמד על דניאל.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יכול לסמל הכינור של הסב? ואיזה תפקיד יש לחזרה על המילה “שקט”?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יוצרת (30 נק׳) (30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ארבעה משפטים מקוריים על הנושא “סערה בלילה”: משפט עם דימוי, משפט עם האנשה, משפט עם מטאפורה ומשפט עם חזרה. סמנו ליד כל משפט את שם האמצעי.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כתבו פסקה (5–7 משפטים) על שתי דמויות מנוגדות (למשל: אחת ממהרת ואחת רגועה). השתמשו בניגוד ובאמצעי נוסף לבחירתכם, ובסוף הסבירו במשפט אחד מה הניגוד מבליט.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מבחן אמצעים אומנותיים – גרסה ב׳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